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מחשב - מרעיון ועד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תנאים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הצוות השונים ביצירת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מחליטים על הרעיון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כתנאים מסוג אם...אז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מוסיפים נקודה והמטבע נעלם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 שבה הקושי עולה בהדרגה לאורך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לשחק שוב ושוב ולחפש תקלות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הוא מבצע בדיוק מה שנכתב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צוות שלם: ציירים, מוזיקאים, מעצבים, מתכנתים ובודקים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לגבי בניית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מוצאים תקלות ומחזירים אותן למתכנתים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הטקסט היא חוזרת לתחילת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(יוצרים דמויות ונופים)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(כותבים מנגינות וצלילים)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(מתכננים את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(מחברים הכול יחד בקוד)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(מחפשים תקלות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 העיצוב מחליט על החוקים והמטרה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המתכנתים הופכים את החוקים להוראות מדויקות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מעצבים בונים שלבים עם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הבודקים משחקים ומחפשים תקלות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המתכנתים מתקנים את התקלות שנמצאו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שני משפטי תנאי הגיוניים בצורת אם...אז, למשל על איסוף פריט או מכשול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המנמקת בחירה מתוך התפקידים שהוזכרו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חוקים הם הרעיון, קוד הוא ההוראה המדויקת למחשב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אם נוגעים במטבע - מוסיפים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תקלות לפני שהמשחק יוצא לשחקנים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דוגמה ממשחק שהם מכירים ולזהות בו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'עקומת הקושי' בעזרת דוגמה מהכיתה, כמו רמת קושי במבחנים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ההשלמה והסידור מתאימות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מסביר שמאחורי כל משחק מחשב פשוט לכאורה עומדים חוקים, תנאים ושלבים רבים, ושצוות שלם של אנשים בונה אותו יחד.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לפני שכותבים קוד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את הגרפיקה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מחליטים על הרעיון והחוקים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מוכרים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בנויות ההוראות שהמחשב מקבל?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כתנאים מסוג אם...אז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כשהדמות נוגעת במטבע, לפי הדוגמה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נקודה והמטבע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נופלת לבור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'עקומת הקושי'?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שבה הקושי עולה בהדרגה לאורך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גרף של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לציור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שוב ושוב ולחפש תקלות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המחשב לא מנחש דבר,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מבצע בדיוק מה שנכתב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מתוכנת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לו 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מחשב נבנה בידי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האתגר גדל מעט כדי לשמור על איזון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הבודקים מתקנים את התקלות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הדמות נופלת לבור, היא מקבלת 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יכול להכיל אלפי תנאים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משחק מחשב הוא עולם קטן עם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ההוראות למחשב בנויות כ__________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מעצבי המשחקים מכנים את האיזון בין קל לקשה __________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משחקים שוב ושוב ומחפשים תקלות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תקלה שהבודקים מוצאים חוזרת אל ה__________ לתיקון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תפקיד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מחברים הכול יחד בקוד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מוזיקאים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מחפשים תקלות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יוצרים דמויות ונופים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מתכנתים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מתכננים את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מנגינות וצלילים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המתכנתים מתקנים את התקלות שנמצאו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בונים שלבים עם רמת קושי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הבודקים משחקים ומחפשים תקלות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המתכנתים הופכים את החוקים להוראות מדויקות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העיצוב מחליט על החוקים והמטרה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מתכננים שלב ראשון במשחק חדש. כתבו שני תנאים מסוג אם...אז שיהיו בשלב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תפקיד בצוות בניית המשחק הכי מעניין אתכם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חוקי המשחק לבין הקוד שכותבים המתכנתים?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לתנאי מסוג אם...אז מתוך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שיהיו בודקים למשחק?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הקוד שמאחורי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