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הקוד שמאחורי המשחק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משחק מחשב - מרעיון ועד 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של תנאים מסוג אם...אז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הצוות השונים ביצירת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מחליטים על הרעיון והחוקים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כתנאים מסוג אם...אז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מוסיפים נקודה והמטבע נעלם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הדרך שבה הקושי עולה בהדרגה לאורך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לשחק שוב ושוב ולחפש תקלות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כי הוא מבצע בדיוק מה שנכתב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מציין צוות שלם: ציירים, מוזיקאים, מעצבים, מתכנתים ובודקים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לגבי בניית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מוצאים תקלות ומחזירים אותן למתכנתים לתיקון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לפי הטקסט היא חוזרת לתחילת השלב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בפסקה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תנאים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עקומת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מתכנתים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תפקיד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(יוצרים דמויות ונופים)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(כותבים מנגינות וצלילים)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(מתכננים את השלבים)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(מחברים הכול יחד בקוד)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(מחפשים תקלות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צוות העיצוב מחליט על החוקים והמטרה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המתכנתים הופכים את החוקים להוראות מדויקות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מעצבים בונים שלבים עם רמת קושי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הבודקים משחקים ומחפשים תקלות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המתכנתים מתקנים את התקלות שנמצאו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שני משפטי תנאי הגיוניים בצורת אם...אז, למשל על איסוף פריט או מכשול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המנמקת בחירה מתוך התפקידים שהוזכרו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חוקים הם הרעיון, קוד הוא ההוראה המדויקת למחשב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אם נוגעים במטבע - מוסיפים 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למצוא תקלות לפני שהמשחק יוצא לשחקנים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דוגמה ממשחק שהם מכירים ולזהות בו תנאי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מושג 'עקומת הקושי' בעזרת דוגמה מהכיתה, כמו רמת קושי במבחנים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ההשלמה והסידור מתאימות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הקוד שמאחורי המשחק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איך בונים משחק מחשב. יש חוקים, יש צוות של אנשים, ויש בדיקות.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כללים שקובעים מה מותר ומה אסור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מסוג אם... אז...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מתכנתים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שכותבים הוראות למחשב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במשחק עם אתגר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עקומת הקושי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הקושי במשחק עולה בהדרגה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בודקים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שמחפשים תקלות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שלא עובד כמו שצריך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בקפידה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בזהירות ובדיוק 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הכי ראשון כשבונים 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בונים את הגרפיקה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מחליטים על הרעיון והחוקים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מוכרים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צורה כותבים הוראות למחשב?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כתמונות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כתנאים מסוג אם...אז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כשנוגעים במטבע?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נקודה והמטבע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הדמות נופלת לבור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 לא קורה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'עקומת הקושי'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של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הדרך שבה הקושי עולה בהדרגה לאורך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גרף של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לציור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הבודקים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שוב ושוב ולחפש תקלות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לתכנן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המחשב עושה בדיוק מה שכתוב?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מבצע בדיוק מה שנכתב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מתוכנת לטעות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לו חוקים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מחשב נבנה בידי אדם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שלב האתגר גדל מעט כדי לשמור על איזון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הבודקים מתקנים את התקלות בעצמם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הדמות נופלת לבור, היא מקבלת נקודה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יכול להכיל אלפי תנאים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משחק מחשב הוא עולם קטן עם __________ משלו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ההוראות למחשב בנויות כ__________ מסוג אם...אז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מעצבי המשחקים מכנים את האיזון בין קל לקשה __________ הקושי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משחקים שוב ושוב ומחפשים תקלות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תקלה שהבודקים מוצאים חוזרת אל ה__________ לתיקון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תפקיד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מתכננים את השלבים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מוזיקאים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מחפשים תקלות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מעצבים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כותבים מנגינות וצלילים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מתכנתים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יוצרים דמויות ונופים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בודקים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מחברים הכול יחד בקוד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הבודקים משחקים ומחפשים תקלות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המתכנתים מתקנים את התקלות שנמצאו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צוות העיצוב מחליט על החוקים והמטרה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המתכנתים הופכים את החוקים להוראות מדויקות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מעצבים בונים שלבים עם רמת קושי 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מתכננים שלב ראשון במשחק חדש. כתבו שני תנאים מסוג אם...אז שיהיו בשלב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תפקיד בצוות בניית המשחק הכי מעניין אתכם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חוקי המשחק לבין הקוד שכותבים המתכנתים?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לתנאי מסוג אם...אז מתוך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שיהיו בודקים למשחק?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הקוד שמאחורי המשחק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