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הקוד שמאחורי המשחק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בונים משחק מחשב - מרעיון ועד ביצוע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מבנה של תנאים מסוג אם...אז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תפקידי הצוות השונים ביצירת 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מחליטים על הרעיון והחוקים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כתנאים מסוג אם...אז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הדרך שבה הקושי עולה בהדרגה לאורך המשחק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הטקסט מציין צוות שלם: ציירים, מוזיקאים, מעצבים, מתכנתים ובודקים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 לגבי בניית השלבים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תנאים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עקומת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תפקיד לפעולה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(יוצרים דמויות ונופים)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(כותבים מנגינות וצלילים)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(מתכננים את השלבים)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(מחברים הכול יחד בקוד)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בניית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צוות העיצוב מחליט על החוקים והמטרה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המתכנתים הופכים את החוקים להוראות מדויקות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מעצבים בונים שלבים עם רמת קושי 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הבודקים משחקים ומחפשים תקלות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יכתבו שני משפטי תנאי הגיוניים בצורת אם...אז, למשל על איסוף פריט או מכשול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חוקים הם הרעיון, קוד הוא ההוראה המדויקת למחשב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אם נוגעים במטבע - מוסיפים נקודה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למצוא תקלות לפני שהמשחק יוצא לשחקנים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לבקש מהתלמידים להביא דוגמה ממשחק שהם מכירים ולזהות בו תנאי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מושג 'עקומת הקושי' בעזרת דוגמה מהכיתה, כמו רמת קושי במבחנים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פעילות ההשלמה והסידור מתאימות לעבודה בזוגות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הקוד שמאחורי המשחק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הטקסט מסביר שמאחורי כל משחק מחשב פשוט לכאורה עומדים חוקים, תנאים ושלבים רבים, ושצוות שלם של אנשים בונה אותו יחד.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עקומת  ·  תנאים  ·  חוקים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קורה לפני שכותבים קוד למשחק?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בונים את הגרפיקה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מחליטים על הרעיון והחוקים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מוכרים את המשחק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איך בנויות ההוראות שהמחשב מקבל?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כסיפור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כתמונות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כתנאים מסוג אם...אז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מהי 'עקומת הקושי'?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שם של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הדרך שבה הקושי עולה בהדרגה לאורך המשחק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גרף של ציונים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משחק מחשב נבנה בידי אדם אחד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בכל שלב האתגר גדל מעט כדי לשמור על איזון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כל משחק מחשב הוא עולם קטן עם __________ משלו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ההוראות למחשב בנויות כ__________ מסוג אם...אז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מעצבי המשחקים מכנים את האיזון בין קל לקשה __________ הקושי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תפקיד לפעולה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ציירים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כותבים מנגינות וצלילים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מוזיקאים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מתכננים את השלבים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מעצבים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מחברים הכול יחד בקוד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מתכנתים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יוצרים דמויות ונופים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בניית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המתכנתים הופכים את החוקים להוראות מדויקות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צוות העיצוב מחליט על החוקים והמטרה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הבודקים משחקים ומחפשים תקלות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מעצבים בונים שלבים עם רמת קושי עולה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דמיינו שאתם מתכננים שלב ראשון במשחק חדש. כתבו שני תנאים מסוג אם...אז שיהיו בשלב הזה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חוקי המשחק לבין הקוד שכותבים המתכנתים?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לתנאי מסוג אם...אז מתוך הטקסט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הקוד שמאחורי המשחק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